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72" w:rsidRPr="00FD3219" w:rsidRDefault="00FD3219" w:rsidP="00FD3219">
      <w:pPr>
        <w:pStyle w:val="Nessunaspaziatura"/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D3219">
        <w:rPr>
          <w:rFonts w:ascii="Arial" w:hAnsi="Arial" w:cs="Arial"/>
          <w:sz w:val="24"/>
          <w:szCs w:val="24"/>
        </w:rPr>
        <w:t>A</w:t>
      </w:r>
      <w:r w:rsidR="008F2B4C">
        <w:rPr>
          <w:rFonts w:ascii="Arial" w:hAnsi="Arial" w:cs="Arial"/>
          <w:sz w:val="24"/>
          <w:szCs w:val="24"/>
        </w:rPr>
        <w:t xml:space="preserve">l </w:t>
      </w:r>
      <w:r w:rsidRPr="00FD3219">
        <w:rPr>
          <w:rFonts w:ascii="Arial" w:hAnsi="Arial" w:cs="Arial"/>
          <w:sz w:val="24"/>
          <w:szCs w:val="24"/>
        </w:rPr>
        <w:t>Dirigente Scolastico</w:t>
      </w:r>
    </w:p>
    <w:p w:rsidR="00FD3219" w:rsidRPr="00FD3219" w:rsidRDefault="00FD3219" w:rsidP="00FD3219">
      <w:pPr>
        <w:pStyle w:val="Nessunaspaziatura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D3219">
        <w:rPr>
          <w:rFonts w:ascii="Arial" w:hAnsi="Arial" w:cs="Arial"/>
          <w:sz w:val="24"/>
          <w:szCs w:val="24"/>
        </w:rPr>
        <w:t>I.S. “A.GALIZIA”</w:t>
      </w:r>
    </w:p>
    <w:p w:rsidR="00FD3219" w:rsidRPr="00FD3219" w:rsidRDefault="00FD3219" w:rsidP="00FD3219">
      <w:pPr>
        <w:pStyle w:val="Nessunaspaziatura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D3219">
        <w:rPr>
          <w:rFonts w:ascii="Arial" w:hAnsi="Arial" w:cs="Arial"/>
          <w:sz w:val="24"/>
          <w:szCs w:val="24"/>
        </w:rPr>
        <w:t>Nocera Inferiore</w:t>
      </w:r>
    </w:p>
    <w:p w:rsidR="00030172" w:rsidRPr="00FD3219" w:rsidRDefault="00030172" w:rsidP="00FD3219">
      <w:pPr>
        <w:pStyle w:val="Nessunaspaziatura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  <w:b/>
        </w:rPr>
      </w:pPr>
      <w:r w:rsidRPr="00FD3219">
        <w:rPr>
          <w:rFonts w:ascii="Arial" w:hAnsi="Arial" w:cs="Arial"/>
          <w:b/>
        </w:rPr>
        <w:t>AUTORIZZAZIONE PERMANENZA IN ISTITUTO DURANTE LA PAUSA PRANZO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Il/La sottoscritto/a ____________________________________________</w:t>
      </w:r>
      <w:r w:rsidR="00FD3219" w:rsidRPr="00FD3219">
        <w:rPr>
          <w:rFonts w:ascii="Arial" w:hAnsi="Arial" w:cs="Arial"/>
        </w:rPr>
        <w:t>, genitore/tutore dell’alunno/a</w:t>
      </w:r>
      <w:r w:rsidRPr="00FD3219">
        <w:rPr>
          <w:rFonts w:ascii="Arial" w:hAnsi="Arial" w:cs="Arial"/>
        </w:rPr>
        <w:t>__________________________________________, frequentante la classe ________ dell’indirizzo musicale, presenta formale richiesta di autorizzazione.</w:t>
      </w:r>
    </w:p>
    <w:p w:rsidR="00030172" w:rsidRPr="00FD3219" w:rsidRDefault="00474D9B" w:rsidP="00FD3219">
      <w:pPr>
        <w:pStyle w:val="Nessunaspaziatura"/>
        <w:spacing w:line="360" w:lineRule="auto"/>
        <w:jc w:val="center"/>
        <w:rPr>
          <w:rFonts w:ascii="Arial" w:hAnsi="Arial" w:cs="Arial"/>
          <w:b/>
        </w:rPr>
      </w:pPr>
      <w:r w:rsidRPr="00FD3219">
        <w:rPr>
          <w:rFonts w:ascii="Arial" w:hAnsi="Arial" w:cs="Arial"/>
          <w:b/>
        </w:rPr>
        <w:t>CHIEDE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che il/la proprio/a figlio/a sia autorizzato/a a permanere all’interno dei locali scolastici durante la pausa pranzo nelle giornate di rientro pomeridiano, al fine di agevolare la frequenza delle attività didattiche e musicali previste dal piano orario del Liceo.</w:t>
      </w:r>
    </w:p>
    <w:p w:rsidR="00030172" w:rsidRPr="00FD3219" w:rsidRDefault="00474D9B" w:rsidP="00FD3219">
      <w:pPr>
        <w:pStyle w:val="Nessunaspaziatura"/>
        <w:spacing w:line="360" w:lineRule="auto"/>
        <w:jc w:val="center"/>
        <w:rPr>
          <w:rFonts w:ascii="Arial" w:hAnsi="Arial" w:cs="Arial"/>
          <w:b/>
        </w:rPr>
      </w:pPr>
      <w:r w:rsidRPr="00FD3219">
        <w:rPr>
          <w:rFonts w:ascii="Arial" w:hAnsi="Arial" w:cs="Arial"/>
          <w:b/>
        </w:rPr>
        <w:t>DICHIARA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di assumersi ogni responsabilit</w:t>
      </w:r>
      <w:r w:rsidR="00934F62" w:rsidRPr="00FD3219">
        <w:rPr>
          <w:rFonts w:ascii="Arial" w:hAnsi="Arial" w:cs="Arial"/>
        </w:rPr>
        <w:t>à</w:t>
      </w:r>
      <w:r w:rsidRPr="00FD3219">
        <w:rPr>
          <w:rFonts w:ascii="Arial" w:hAnsi="Arial" w:cs="Arial"/>
        </w:rPr>
        <w:t xml:space="preserve"> in merito alla permanenza del/della proprio/a figlio/a all’interno dell’Istituto in tale periodo, sollevando l’Istituzione scolastica, il Dirigente Scolastico e il personale docente e ATA da ogni responsabilità civile e penale derivante da eventuali incidenti, comportamenti non conformi al Regolamento d’Istituto o danni arrecati a persone e/o cose;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di impegnarsi a sensibilizzare il/la proprio/a figlio/a al rispetto rigoroso delle norme scolastiche, degli spazi comuni, delle attrezzature e delle persone presenti, mantenendo un comportamento corretto, educato e rispettoso;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di essere informato/a che la scuola non fornisce servizio mensa  e che pertanto eventuali consumazioni dovranno avvenire esclusivamente negli spazi indicati dall’Istituto, nel rispetto delle regole di igiene e decoro;</w:t>
      </w:r>
      <w:r w:rsidR="00FD3219" w:rsidRPr="00FD3219">
        <w:rPr>
          <w:rFonts w:ascii="Arial" w:hAnsi="Arial" w:cs="Arial"/>
        </w:rPr>
        <w:t xml:space="preserve"> </w:t>
      </w:r>
      <w:r w:rsidRPr="00FD3219">
        <w:rPr>
          <w:rFonts w:ascii="Arial" w:hAnsi="Arial" w:cs="Arial"/>
        </w:rPr>
        <w:t>che l’alunno/a è consapevole dell’impegno assunto e si impegna</w:t>
      </w:r>
      <w:r w:rsidR="00934F62" w:rsidRPr="00FD3219">
        <w:rPr>
          <w:rFonts w:ascii="Arial" w:hAnsi="Arial" w:cs="Arial"/>
        </w:rPr>
        <w:t xml:space="preserve"> a rispettare quanto dichiarato;</w:t>
      </w:r>
    </w:p>
    <w:p w:rsidR="00934F62" w:rsidRPr="00FD3219" w:rsidRDefault="00934F62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Si precisa che il p</w:t>
      </w:r>
      <w:r w:rsidR="00C1083C" w:rsidRPr="00FD3219">
        <w:rPr>
          <w:rFonts w:ascii="Arial" w:hAnsi="Arial" w:cs="Arial"/>
        </w:rPr>
        <w:t>asto</w:t>
      </w:r>
      <w:r w:rsidRPr="00FD3219">
        <w:rPr>
          <w:rFonts w:ascii="Arial" w:hAnsi="Arial" w:cs="Arial"/>
        </w:rPr>
        <w:t xml:space="preserve"> deve essere portato da casa.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</w:rPr>
      </w:pPr>
      <w:r w:rsidRPr="00FD3219">
        <w:rPr>
          <w:rFonts w:ascii="Arial" w:hAnsi="Arial" w:cs="Arial"/>
        </w:rPr>
        <w:t>Si allega copia del documento di identità in corso di validità del genitore/tutore firmatario.</w:t>
      </w:r>
      <w:r w:rsidRPr="00FD3219">
        <w:rPr>
          <w:rFonts w:ascii="Arial" w:hAnsi="Arial" w:cs="Arial"/>
        </w:rPr>
        <w:br/>
      </w:r>
      <w:r w:rsidRPr="00FD3219">
        <w:rPr>
          <w:rFonts w:ascii="Arial" w:hAnsi="Arial" w:cs="Arial"/>
          <w:sz w:val="24"/>
          <w:szCs w:val="24"/>
        </w:rPr>
        <w:t>Luogo e data _________________________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  <w:sz w:val="24"/>
          <w:szCs w:val="24"/>
        </w:rPr>
      </w:pPr>
      <w:r w:rsidRPr="00FD3219">
        <w:rPr>
          <w:rFonts w:ascii="Arial" w:hAnsi="Arial" w:cs="Arial"/>
          <w:sz w:val="24"/>
          <w:szCs w:val="24"/>
        </w:rPr>
        <w:br/>
        <w:t>Firma del genitore/tutore __________________________</w:t>
      </w:r>
    </w:p>
    <w:p w:rsidR="00030172" w:rsidRPr="00FD3219" w:rsidRDefault="00474D9B" w:rsidP="00FD3219">
      <w:pPr>
        <w:pStyle w:val="Nessunaspaziatura"/>
        <w:spacing w:line="360" w:lineRule="auto"/>
        <w:rPr>
          <w:rFonts w:ascii="Arial" w:hAnsi="Arial" w:cs="Arial"/>
          <w:sz w:val="24"/>
          <w:szCs w:val="24"/>
        </w:rPr>
      </w:pPr>
      <w:r w:rsidRPr="00FD3219">
        <w:rPr>
          <w:rFonts w:ascii="Arial" w:hAnsi="Arial" w:cs="Arial"/>
          <w:sz w:val="24"/>
          <w:szCs w:val="24"/>
        </w:rPr>
        <w:br/>
        <w:t>Firma dell’alunno/a (per presa visione) __________________________</w:t>
      </w:r>
    </w:p>
    <w:sectPr w:rsidR="00030172" w:rsidRPr="00FD32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0172"/>
    <w:rsid w:val="00034616"/>
    <w:rsid w:val="0006063C"/>
    <w:rsid w:val="0015074B"/>
    <w:rsid w:val="0029639D"/>
    <w:rsid w:val="00326F90"/>
    <w:rsid w:val="00474D9B"/>
    <w:rsid w:val="0067273E"/>
    <w:rsid w:val="008A0D63"/>
    <w:rsid w:val="008F2B4C"/>
    <w:rsid w:val="00934F62"/>
    <w:rsid w:val="00AA1D8D"/>
    <w:rsid w:val="00B47730"/>
    <w:rsid w:val="00C1083C"/>
    <w:rsid w:val="00CB0664"/>
    <w:rsid w:val="00D608AF"/>
    <w:rsid w:val="00FC693F"/>
    <w:rsid w:val="00FD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8B890-4E84-4B04-B163-EF40C2FF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Laboratorio</cp:lastModifiedBy>
  <cp:revision>2</cp:revision>
  <cp:lastPrinted>2025-09-02T11:09:00Z</cp:lastPrinted>
  <dcterms:created xsi:type="dcterms:W3CDTF">2025-09-05T12:21:00Z</dcterms:created>
  <dcterms:modified xsi:type="dcterms:W3CDTF">2025-09-05T12:21:00Z</dcterms:modified>
</cp:coreProperties>
</file>